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FA2A6" w14:textId="77777777" w:rsidR="00545C1D" w:rsidRPr="00834D42" w:rsidRDefault="00035B3F">
      <w:pPr>
        <w:jc w:val="center"/>
        <w:rPr>
          <w:lang w:val="ru-RU"/>
        </w:rPr>
      </w:pPr>
      <w:r w:rsidRPr="00834D42">
        <w:rPr>
          <w:sz w:val="36"/>
          <w:lang w:val="ru-RU"/>
        </w:rPr>
        <w:t>Лист согласования</w:t>
      </w:r>
    </w:p>
    <w:p w14:paraId="22AFA6CE" w14:textId="6DAEB078" w:rsidR="00545C1D" w:rsidRPr="00834D42" w:rsidRDefault="00035B3F">
      <w:pPr>
        <w:rPr>
          <w:lang w:val="ru-RU"/>
        </w:rPr>
      </w:pPr>
      <w:r w:rsidRPr="00834D42">
        <w:rPr>
          <w:rFonts w:ascii="DejaVu Serif Condensed" w:hAnsi="DejaVu Serif Condensed"/>
          <w:sz w:val="18"/>
          <w:lang w:val="ru-RU"/>
        </w:rPr>
        <w:t>Номер заявки: ТЗ-2</w:t>
      </w:r>
      <w:r w:rsidR="00DD1E37">
        <w:rPr>
          <w:rFonts w:ascii="DejaVu Serif Condensed" w:hAnsi="DejaVu Serif Condensed"/>
          <w:sz w:val="18"/>
          <w:lang w:val="ru-RU"/>
        </w:rPr>
        <w:t>5</w:t>
      </w:r>
      <w:r w:rsidRPr="00834D42">
        <w:rPr>
          <w:rFonts w:ascii="DejaVu Serif Condensed" w:hAnsi="DejaVu Serif Condensed"/>
          <w:sz w:val="18"/>
          <w:lang w:val="ru-RU"/>
        </w:rPr>
        <w:t>0430-223323</w:t>
      </w:r>
    </w:p>
    <w:p w14:paraId="479EE0E9" w14:textId="77777777" w:rsidR="00545C1D" w:rsidRPr="00834D42" w:rsidRDefault="00035B3F">
      <w:pPr>
        <w:rPr>
          <w:lang w:val="ru-RU"/>
        </w:rPr>
      </w:pPr>
      <w:r w:rsidRPr="00834D42">
        <w:rPr>
          <w:rFonts w:ascii="DejaVu Serif Condensed" w:hAnsi="DejaVu Serif Condensed"/>
          <w:sz w:val="18"/>
          <w:lang w:val="ru-RU"/>
        </w:rPr>
        <w:t>Название заявки: Закупка товаров</w:t>
      </w:r>
    </w:p>
    <w:p w14:paraId="35272DB3" w14:textId="2BACA3B9" w:rsidR="00545C1D" w:rsidRPr="00834D42" w:rsidRDefault="00035B3F">
      <w:pPr>
        <w:rPr>
          <w:lang w:val="ru-RU"/>
        </w:rPr>
      </w:pPr>
      <w:r w:rsidRPr="00834D42">
        <w:rPr>
          <w:rFonts w:ascii="DejaVu Serif Condensed" w:hAnsi="DejaVu Serif Condensed"/>
          <w:sz w:val="18"/>
          <w:lang w:val="ru-RU"/>
        </w:rPr>
        <w:t>Тип заявки: Типы заявок (202</w:t>
      </w:r>
      <w:r w:rsidR="00CF4519">
        <w:rPr>
          <w:sz w:val="18"/>
          <w:lang w:val="ru-RU"/>
        </w:rPr>
        <w:t>6</w:t>
      </w:r>
      <w:r w:rsidRPr="00834D42">
        <w:rPr>
          <w:rFonts w:ascii="DejaVu Serif Condensed" w:hAnsi="DejaVu Serif Condensed"/>
          <w:sz w:val="18"/>
          <w:lang w:val="ru-RU"/>
        </w:rPr>
        <w:t>) → Технические задания для согласования самостоятельных закупок - 20</w:t>
      </w:r>
      <w:r w:rsidR="00F9508E">
        <w:rPr>
          <w:sz w:val="18"/>
          <w:lang w:val="ru-RU"/>
        </w:rPr>
        <w:t>26</w:t>
      </w:r>
      <w:r w:rsidRPr="00834D42">
        <w:rPr>
          <w:rFonts w:ascii="DejaVu Serif Condensed" w:hAnsi="DejaVu Serif Condensed"/>
          <w:sz w:val="18"/>
          <w:lang w:val="ru-RU"/>
        </w:rPr>
        <w:t xml:space="preserve"> → Закупка товаров   → Закупка товаров</w:t>
      </w:r>
    </w:p>
    <w:p w14:paraId="3B110AD0" w14:textId="00293F56" w:rsidR="00545C1D" w:rsidRPr="00AA3514" w:rsidRDefault="00035B3F">
      <w:pPr>
        <w:rPr>
          <w:lang w:val="ru-RU"/>
        </w:rPr>
      </w:pPr>
      <w:r w:rsidRPr="00AA3514">
        <w:rPr>
          <w:rFonts w:ascii="DejaVu Serif Condensed" w:hAnsi="DejaVu Serif Condensed"/>
          <w:sz w:val="18"/>
          <w:lang w:val="ru-RU"/>
        </w:rPr>
        <w:t xml:space="preserve">Сумма заявки: </w:t>
      </w:r>
      <w:r w:rsidR="00F9508E" w:rsidRPr="00F9508E">
        <w:rPr>
          <w:rFonts w:ascii="DejaVu Serif Condensed" w:hAnsi="DejaVu Serif Condensed"/>
          <w:sz w:val="18"/>
          <w:lang w:val="ru-RU"/>
        </w:rPr>
        <w:t>52 871,00</w:t>
      </w:r>
      <w:r w:rsidR="00F9508E">
        <w:rPr>
          <w:sz w:val="18"/>
          <w:lang w:val="ru-RU"/>
        </w:rPr>
        <w:t xml:space="preserve"> </w:t>
      </w:r>
      <w:r w:rsidRPr="00AA3514">
        <w:rPr>
          <w:rFonts w:ascii="DejaVu Serif Condensed" w:hAnsi="DejaVu Serif Condensed"/>
          <w:sz w:val="18"/>
          <w:lang w:val="ru-RU"/>
        </w:rPr>
        <w:t>р.</w:t>
      </w:r>
    </w:p>
    <w:p w14:paraId="17D89ECA" w14:textId="77777777" w:rsidR="00545C1D" w:rsidRPr="00AA3514" w:rsidRDefault="00545C1D">
      <w:pPr>
        <w:rPr>
          <w:lang w:val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 w:firstRow="1" w:lastRow="0" w:firstColumn="1" w:lastColumn="0" w:noHBand="0" w:noVBand="1"/>
      </w:tblPr>
      <w:tblGrid>
        <w:gridCol w:w="487"/>
        <w:gridCol w:w="1342"/>
        <w:gridCol w:w="1615"/>
        <w:gridCol w:w="4066"/>
        <w:gridCol w:w="1507"/>
        <w:gridCol w:w="3439"/>
      </w:tblGrid>
      <w:tr w:rsidR="00545C1D" w14:paraId="3215B270" w14:textId="77777777" w:rsidTr="00834D42">
        <w:tc>
          <w:tcPr>
            <w:tcW w:w="487" w:type="dxa"/>
            <w:shd w:val="clear" w:color="auto" w:fill="FFFFFF"/>
          </w:tcPr>
          <w:p w14:paraId="6C505AF6" w14:textId="77777777" w:rsidR="00545C1D" w:rsidRDefault="00035B3F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42" w:type="dxa"/>
            <w:shd w:val="clear" w:color="auto" w:fill="FFFFFF"/>
          </w:tcPr>
          <w:p w14:paraId="61BE7651" w14:textId="77777777" w:rsidR="00545C1D" w:rsidRDefault="00035B3F">
            <w:pPr>
              <w:jc w:val="center"/>
            </w:pPr>
            <w:proofErr w:type="spellStart"/>
            <w:r>
              <w:rPr>
                <w:rFonts w:ascii="DejaVu Serif Condensed" w:hAnsi="DejaVu Serif Condensed"/>
                <w:sz w:val="18"/>
              </w:rPr>
              <w:t>Дата</w:t>
            </w:r>
            <w:proofErr w:type="spellEnd"/>
          </w:p>
        </w:tc>
        <w:tc>
          <w:tcPr>
            <w:tcW w:w="1615" w:type="dxa"/>
            <w:shd w:val="clear" w:color="auto" w:fill="FFFFFF"/>
          </w:tcPr>
          <w:p w14:paraId="62CDF171" w14:textId="77777777" w:rsidR="00545C1D" w:rsidRDefault="00035B3F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4066" w:type="dxa"/>
            <w:shd w:val="clear" w:color="auto" w:fill="FFFFFF"/>
          </w:tcPr>
          <w:p w14:paraId="11B46B19" w14:textId="77777777" w:rsidR="00545C1D" w:rsidRDefault="00035B3F">
            <w:pPr>
              <w:jc w:val="center"/>
            </w:pPr>
            <w:proofErr w:type="spellStart"/>
            <w:r>
              <w:rPr>
                <w:rFonts w:ascii="DejaVu Serif Condensed" w:hAnsi="DejaVu Serif Condensed"/>
                <w:sz w:val="18"/>
              </w:rPr>
              <w:t>Организация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>/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группа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>/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пользователь</w:t>
            </w:r>
            <w:proofErr w:type="spellEnd"/>
          </w:p>
        </w:tc>
        <w:tc>
          <w:tcPr>
            <w:tcW w:w="1507" w:type="dxa"/>
            <w:shd w:val="clear" w:color="auto" w:fill="FFFFFF"/>
          </w:tcPr>
          <w:p w14:paraId="517D58E6" w14:textId="77777777" w:rsidR="00545C1D" w:rsidRDefault="00035B3F">
            <w:pPr>
              <w:jc w:val="center"/>
            </w:pPr>
            <w:proofErr w:type="spellStart"/>
            <w:r>
              <w:rPr>
                <w:rFonts w:ascii="DejaVu Serif Condensed" w:hAnsi="DejaVu Serif Condensed"/>
                <w:sz w:val="18"/>
              </w:rPr>
              <w:t>Статус</w:t>
            </w:r>
            <w:proofErr w:type="spellEnd"/>
          </w:p>
        </w:tc>
        <w:tc>
          <w:tcPr>
            <w:tcW w:w="3439" w:type="dxa"/>
            <w:shd w:val="clear" w:color="auto" w:fill="FFFFFF"/>
          </w:tcPr>
          <w:p w14:paraId="50C85FF2" w14:textId="77777777" w:rsidR="00545C1D" w:rsidRDefault="00035B3F">
            <w:pPr>
              <w:jc w:val="center"/>
            </w:pPr>
            <w:proofErr w:type="spellStart"/>
            <w:r>
              <w:rPr>
                <w:rFonts w:ascii="DejaVu Serif Condensed" w:hAnsi="DejaVu Serif Condensed"/>
                <w:sz w:val="18"/>
              </w:rPr>
              <w:t>Подпись</w:t>
            </w:r>
            <w:proofErr w:type="spellEnd"/>
          </w:p>
        </w:tc>
      </w:tr>
      <w:tr w:rsidR="00545C1D" w14:paraId="1E455618" w14:textId="77777777" w:rsidTr="00834D42">
        <w:tc>
          <w:tcPr>
            <w:tcW w:w="487" w:type="dxa"/>
            <w:shd w:val="clear" w:color="auto" w:fill="FFFFFF"/>
          </w:tcPr>
          <w:p w14:paraId="056B3F45" w14:textId="77777777" w:rsidR="00545C1D" w:rsidRDefault="00035B3F"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42" w:type="dxa"/>
            <w:shd w:val="clear" w:color="auto" w:fill="FFFFFF"/>
          </w:tcPr>
          <w:p w14:paraId="7E66DF9A" w14:textId="4FC73DFA" w:rsidR="00545C1D" w:rsidRPr="00035B3F" w:rsidRDefault="00F9508E" w:rsidP="00694D3E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20.04</w:t>
            </w:r>
            <w:r w:rsidR="00CF4519">
              <w:rPr>
                <w:sz w:val="18"/>
                <w:lang w:val="ru-RU"/>
              </w:rPr>
              <w:t>.2026</w:t>
            </w:r>
            <w:r w:rsidR="00035B3F" w:rsidRPr="00035B3F">
              <w:rPr>
                <w:rFonts w:ascii="DejaVu Serif Condensed" w:hAnsi="DejaVu Serif Condensed"/>
                <w:sz w:val="18"/>
                <w:lang w:val="ru-RU"/>
              </w:rPr>
              <w:t xml:space="preserve"> 11:49:13</w:t>
            </w:r>
          </w:p>
        </w:tc>
        <w:tc>
          <w:tcPr>
            <w:tcW w:w="1615" w:type="dxa"/>
            <w:shd w:val="clear" w:color="auto" w:fill="FFFFFF"/>
          </w:tcPr>
          <w:p w14:paraId="4B9D1739" w14:textId="77777777" w:rsidR="00545C1D" w:rsidRPr="00035B3F" w:rsidRDefault="00035B3F">
            <w:pPr>
              <w:rPr>
                <w:lang w:val="ru-RU"/>
              </w:rPr>
            </w:pPr>
            <w:proofErr w:type="spellStart"/>
            <w:r w:rsidRPr="00035B3F">
              <w:rPr>
                <w:rFonts w:ascii="DejaVu Serif Condensed" w:hAnsi="DejaVu Serif Condensed"/>
                <w:sz w:val="18"/>
                <w:lang w:val="ru-RU"/>
              </w:rPr>
              <w:t>Етчо</w:t>
            </w:r>
            <w:proofErr w:type="spellEnd"/>
            <w:r w:rsidRPr="00035B3F">
              <w:rPr>
                <w:rFonts w:ascii="DejaVu Serif Condensed" w:hAnsi="DejaVu Serif Condensed"/>
                <w:sz w:val="18"/>
                <w:lang w:val="ru-RU"/>
              </w:rPr>
              <w:t xml:space="preserve"> Наталья Александровна</w:t>
            </w:r>
          </w:p>
        </w:tc>
        <w:tc>
          <w:tcPr>
            <w:tcW w:w="4066" w:type="dxa"/>
            <w:shd w:val="clear" w:color="auto" w:fill="FFFFFF"/>
          </w:tcPr>
          <w:p w14:paraId="6490BE58" w14:textId="77777777" w:rsidR="00545C1D" w:rsidRPr="00834D42" w:rsidRDefault="00035B3F">
            <w:pPr>
              <w:rPr>
                <w:lang w:val="ru-RU"/>
              </w:rPr>
            </w:pPr>
            <w:r w:rsidRPr="00834D42">
              <w:rPr>
                <w:rFonts w:ascii="DejaVu Serif Condensed" w:hAnsi="DejaVu Serif Condensed"/>
                <w:sz w:val="18"/>
                <w:lang w:val="ru-RU"/>
              </w:rPr>
              <w:t>Государственное бюджетное общеобразовательное учреждение средняя общеобразовательная школа № 695 "Радуга" Пушкинского района Санкт-Петербурга</w:t>
            </w:r>
          </w:p>
        </w:tc>
        <w:tc>
          <w:tcPr>
            <w:tcW w:w="1507" w:type="dxa"/>
            <w:shd w:val="clear" w:color="auto" w:fill="FFFFFF"/>
          </w:tcPr>
          <w:p w14:paraId="1FE3319A" w14:textId="77777777" w:rsidR="00545C1D" w:rsidRDefault="00035B3F">
            <w:proofErr w:type="spellStart"/>
            <w:r>
              <w:rPr>
                <w:rFonts w:ascii="DejaVu Serif Condensed" w:hAnsi="DejaVu Serif Condensed"/>
                <w:sz w:val="18"/>
              </w:rPr>
              <w:t>Согласовано</w:t>
            </w:r>
            <w:proofErr w:type="spellEnd"/>
          </w:p>
        </w:tc>
        <w:tc>
          <w:tcPr>
            <w:tcW w:w="3439" w:type="dxa"/>
            <w:shd w:val="clear" w:color="auto" w:fill="FFFFFF"/>
          </w:tcPr>
          <w:p w14:paraId="69F2AF8B" w14:textId="77777777" w:rsidR="00545C1D" w:rsidRDefault="00545C1D"/>
        </w:tc>
      </w:tr>
      <w:tr w:rsidR="00834D42" w:rsidRPr="00CF4519" w14:paraId="4F50E941" w14:textId="77777777" w:rsidTr="00834D42">
        <w:tc>
          <w:tcPr>
            <w:tcW w:w="487" w:type="dxa"/>
            <w:shd w:val="clear" w:color="auto" w:fill="FFFFFF"/>
          </w:tcPr>
          <w:p w14:paraId="65048E17" w14:textId="77777777" w:rsidR="00834D42" w:rsidRDefault="00834D42" w:rsidP="00834D42"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ACBEB1C" w14:textId="5EBC980C" w:rsidR="00834D42" w:rsidRPr="006137CD" w:rsidRDefault="00F9508E" w:rsidP="00694D3E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20.04</w:t>
            </w:r>
            <w:r w:rsidR="00CF4519">
              <w:rPr>
                <w:sz w:val="18"/>
                <w:lang w:val="ru-RU"/>
              </w:rPr>
              <w:t>.2026</w:t>
            </w:r>
            <w:r w:rsidR="00834D42" w:rsidRPr="006137CD">
              <w:rPr>
                <w:rFonts w:ascii="Times New Roman" w:hAnsi="Times New Roman" w:cs="Times New Roman"/>
                <w:sz w:val="18"/>
                <w:lang w:val="ru-RU"/>
              </w:rPr>
              <w:t xml:space="preserve"> 1</w:t>
            </w:r>
            <w:r w:rsidR="00834D42">
              <w:rPr>
                <w:rFonts w:ascii="Times New Roman" w:hAnsi="Times New Roman" w:cs="Times New Roman"/>
                <w:sz w:val="18"/>
                <w:lang w:val="ru-RU"/>
              </w:rPr>
              <w:t>0</w:t>
            </w:r>
            <w:r w:rsidR="00834D42" w:rsidRPr="006137CD">
              <w:rPr>
                <w:rFonts w:ascii="Times New Roman" w:hAnsi="Times New Roman" w:cs="Times New Roman"/>
                <w:sz w:val="18"/>
                <w:lang w:val="ru-RU"/>
              </w:rPr>
              <w:t>:</w:t>
            </w:r>
            <w:r w:rsidR="00834D42">
              <w:rPr>
                <w:rFonts w:ascii="Times New Roman" w:hAnsi="Times New Roman" w:cs="Times New Roman"/>
                <w:sz w:val="18"/>
                <w:lang w:val="ru-RU"/>
              </w:rPr>
              <w:t>55</w:t>
            </w:r>
            <w:r w:rsidR="00834D42" w:rsidRPr="006137CD">
              <w:rPr>
                <w:rFonts w:ascii="Times New Roman" w:hAnsi="Times New Roman" w:cs="Times New Roman"/>
                <w:sz w:val="18"/>
                <w:lang w:val="ru-RU"/>
              </w:rPr>
              <w:t>:</w:t>
            </w:r>
            <w:r w:rsidR="00834D42">
              <w:rPr>
                <w:rFonts w:ascii="Times New Roman" w:hAnsi="Times New Roman" w:cs="Times New Roman"/>
                <w:sz w:val="18"/>
                <w:lang w:val="ru-RU"/>
              </w:rPr>
              <w:t>00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077A71" w14:textId="1D4E028C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Сафонов Сергей Анатольевич</w:t>
            </w:r>
          </w:p>
        </w:tc>
        <w:tc>
          <w:tcPr>
            <w:tcW w:w="4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F14932" w14:textId="0FC66731" w:rsidR="00834D42" w:rsidRPr="00834D42" w:rsidRDefault="00834D42" w:rsidP="00834D42">
            <w:pPr>
              <w:rPr>
                <w:lang w:val="ru-RU"/>
              </w:rPr>
            </w:pPr>
            <w:r>
              <w:rPr>
                <w:rFonts w:ascii="DejaVu Serif Condensed" w:hAnsi="DejaVu Serif Condensed"/>
                <w:sz w:val="18"/>
                <w:lang w:val="ru-RU"/>
              </w:rPr>
              <w:t>(ИОГВ) Администрация Пушкинского района Санкт-Петербурга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91DEA7" w14:textId="207D1759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Согласовано </w:t>
            </w:r>
          </w:p>
        </w:tc>
        <w:tc>
          <w:tcPr>
            <w:tcW w:w="3439" w:type="dxa"/>
            <w:shd w:val="clear" w:color="auto" w:fill="FFFFFF"/>
          </w:tcPr>
          <w:p w14:paraId="7B177E30" w14:textId="77777777" w:rsidR="00834D42" w:rsidRPr="006137CD" w:rsidRDefault="00834D42" w:rsidP="00834D42">
            <w:pPr>
              <w:rPr>
                <w:lang w:val="ru-RU"/>
              </w:rPr>
            </w:pPr>
          </w:p>
        </w:tc>
      </w:tr>
      <w:tr w:rsidR="00834D42" w:rsidRPr="00CF4519" w14:paraId="2A94D784" w14:textId="77777777" w:rsidTr="00834D42">
        <w:tc>
          <w:tcPr>
            <w:tcW w:w="487" w:type="dxa"/>
            <w:shd w:val="clear" w:color="auto" w:fill="FFFFFF"/>
          </w:tcPr>
          <w:p w14:paraId="6E113927" w14:textId="77777777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DejaVu Serif Condensed" w:hAnsi="DejaVu Serif Condensed"/>
                <w:sz w:val="18"/>
                <w:lang w:val="ru-RU"/>
              </w:rPr>
              <w:t>3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5CA8581" w14:textId="2BE30C6F" w:rsidR="00834D42" w:rsidRPr="006137CD" w:rsidRDefault="00F9508E" w:rsidP="00694D3E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21.04</w:t>
            </w:r>
            <w:r w:rsidR="00CF4519">
              <w:rPr>
                <w:sz w:val="18"/>
                <w:lang w:val="ru-RU"/>
              </w:rPr>
              <w:t>.2026</w:t>
            </w:r>
            <w:r w:rsidR="00035B3F" w:rsidRPr="00035B3F">
              <w:rPr>
                <w:rFonts w:ascii="DejaVu Serif Condensed" w:hAnsi="DejaVu Serif Condensed"/>
                <w:sz w:val="18"/>
                <w:lang w:val="ru-RU"/>
              </w:rPr>
              <w:t xml:space="preserve"> </w:t>
            </w:r>
            <w:r w:rsidR="006137CD">
              <w:rPr>
                <w:rFonts w:ascii="DejaVu Serif Condensed" w:hAnsi="DejaVu Serif Condensed"/>
                <w:sz w:val="18"/>
                <w:lang w:val="ru-RU"/>
              </w:rPr>
              <w:t>09</w:t>
            </w:r>
            <w:r w:rsidR="00834D42" w:rsidRPr="006137CD">
              <w:rPr>
                <w:rFonts w:ascii="DejaVu Serif Condensed" w:hAnsi="DejaVu Serif Condensed"/>
                <w:sz w:val="18"/>
                <w:lang w:val="ru-RU"/>
              </w:rPr>
              <w:t>:</w:t>
            </w:r>
            <w:r w:rsidR="00834D42">
              <w:rPr>
                <w:sz w:val="18"/>
                <w:lang w:val="ru-RU"/>
              </w:rPr>
              <w:t>55</w:t>
            </w:r>
            <w:r w:rsidR="00834D42" w:rsidRPr="006137CD">
              <w:rPr>
                <w:rFonts w:ascii="DejaVu Serif Condensed" w:hAnsi="DejaVu Serif Condensed"/>
                <w:sz w:val="18"/>
                <w:lang w:val="ru-RU"/>
              </w:rPr>
              <w:t>:</w:t>
            </w:r>
            <w:r w:rsidR="00834D42">
              <w:rPr>
                <w:sz w:val="18"/>
                <w:lang w:val="ru-RU"/>
              </w:rPr>
              <w:t>34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5F9CE7" w14:textId="77777777" w:rsidR="00834D42" w:rsidRPr="00DD1E37" w:rsidRDefault="00834D42" w:rsidP="00834D42">
            <w:pPr>
              <w:pStyle w:val="a9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Иван</w:t>
            </w:r>
            <w:r w:rsidRPr="00DD1E3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ов Олег</w:t>
            </w:r>
          </w:p>
          <w:p w14:paraId="657074E9" w14:textId="0A1332BF" w:rsidR="00834D42" w:rsidRPr="00DD1E37" w:rsidRDefault="00834D42" w:rsidP="00834D42">
            <w:pPr>
              <w:rPr>
                <w:lang w:val="ru-RU"/>
              </w:rPr>
            </w:pPr>
            <w:r w:rsidRPr="00DD1E3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Владимирович</w:t>
            </w:r>
          </w:p>
        </w:tc>
        <w:tc>
          <w:tcPr>
            <w:tcW w:w="4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64200B0" w14:textId="50437BD7" w:rsidR="00834D42" w:rsidRPr="008E7E0B" w:rsidRDefault="00834D42" w:rsidP="00834D42">
            <w:pPr>
              <w:rPr>
                <w:lang w:val="ru-RU"/>
              </w:rPr>
            </w:pPr>
            <w:r w:rsidRPr="00DD1E37">
              <w:rPr>
                <w:rFonts w:ascii="DejaVu Serif Condensed" w:hAnsi="DejaVu Serif Condensed"/>
                <w:sz w:val="18"/>
                <w:lang w:val="ru-RU"/>
              </w:rPr>
              <w:t xml:space="preserve">Эксперты по закупке </w:t>
            </w:r>
            <w:r w:rsidR="008E7E0B">
              <w:rPr>
                <w:sz w:val="18"/>
                <w:lang w:val="ru-RU"/>
              </w:rPr>
              <w:t>лицензии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2124F2" w14:textId="210126F2" w:rsidR="00834D42" w:rsidRPr="00DD1E37" w:rsidRDefault="00834D42" w:rsidP="00834D42">
            <w:pPr>
              <w:rPr>
                <w:lang w:val="ru-RU"/>
              </w:rPr>
            </w:pPr>
            <w:r w:rsidRPr="00DD1E3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Согласовано </w:t>
            </w:r>
          </w:p>
        </w:tc>
        <w:tc>
          <w:tcPr>
            <w:tcW w:w="3439" w:type="dxa"/>
            <w:shd w:val="clear" w:color="auto" w:fill="FFFFFF"/>
          </w:tcPr>
          <w:p w14:paraId="0B933CEC" w14:textId="77777777" w:rsidR="00834D42" w:rsidRPr="00DD1E37" w:rsidRDefault="00834D42" w:rsidP="00834D42">
            <w:pPr>
              <w:rPr>
                <w:lang w:val="ru-RU"/>
              </w:rPr>
            </w:pPr>
          </w:p>
        </w:tc>
      </w:tr>
      <w:tr w:rsidR="00834D42" w:rsidRPr="00CF4519" w14:paraId="40C2A6AE" w14:textId="77777777" w:rsidTr="00834D42">
        <w:tc>
          <w:tcPr>
            <w:tcW w:w="487" w:type="dxa"/>
            <w:shd w:val="clear" w:color="auto" w:fill="FFFFFF"/>
          </w:tcPr>
          <w:p w14:paraId="2B1CBC1F" w14:textId="77777777" w:rsidR="00834D42" w:rsidRPr="00DD1E37" w:rsidRDefault="00834D42" w:rsidP="00834D42">
            <w:pPr>
              <w:rPr>
                <w:lang w:val="ru-RU"/>
              </w:rPr>
            </w:pPr>
            <w:r w:rsidRPr="00DD1E37">
              <w:rPr>
                <w:rFonts w:ascii="DejaVu Serif Condensed" w:hAnsi="DejaVu Serif Condensed"/>
                <w:sz w:val="18"/>
                <w:lang w:val="ru-RU"/>
              </w:rPr>
              <w:t>4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869AA96" w14:textId="047E0FB4" w:rsidR="00834D42" w:rsidRPr="006137CD" w:rsidRDefault="00F9508E" w:rsidP="00694D3E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21.04</w:t>
            </w:r>
            <w:r w:rsidR="00CF4519">
              <w:rPr>
                <w:sz w:val="18"/>
                <w:lang w:val="ru-RU"/>
              </w:rPr>
              <w:t>.2026</w:t>
            </w:r>
            <w:r w:rsidR="00035B3F" w:rsidRPr="00035B3F">
              <w:rPr>
                <w:rFonts w:ascii="DejaVu Serif Condensed" w:hAnsi="DejaVu Serif Condensed"/>
                <w:sz w:val="18"/>
                <w:lang w:val="ru-RU"/>
              </w:rPr>
              <w:t xml:space="preserve"> </w:t>
            </w:r>
            <w:r w:rsidR="00834D42" w:rsidRPr="006137CD">
              <w:rPr>
                <w:rFonts w:ascii="DejaVu Serif Condensed" w:hAnsi="DejaVu Serif Condensed"/>
                <w:sz w:val="18"/>
                <w:lang w:val="ru-RU"/>
              </w:rPr>
              <w:t>1</w:t>
            </w:r>
            <w:r w:rsidR="006137CD">
              <w:rPr>
                <w:sz w:val="18"/>
                <w:lang w:val="ru-RU"/>
              </w:rPr>
              <w:t>0</w:t>
            </w:r>
            <w:r w:rsidR="00834D42" w:rsidRPr="006137CD">
              <w:rPr>
                <w:rFonts w:ascii="DejaVu Serif Condensed" w:hAnsi="DejaVu Serif Condensed"/>
                <w:sz w:val="18"/>
                <w:lang w:val="ru-RU"/>
              </w:rPr>
              <w:t>:36:</w:t>
            </w:r>
            <w:r w:rsidR="00834D42">
              <w:rPr>
                <w:sz w:val="18"/>
                <w:lang w:val="ru-RU"/>
              </w:rPr>
              <w:t>28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F16CCE5" w14:textId="77777777" w:rsidR="00834D42" w:rsidRPr="006137CD" w:rsidRDefault="00834D42" w:rsidP="00834D42">
            <w:pPr>
              <w:pStyle w:val="a9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Михайлова</w:t>
            </w:r>
          </w:p>
          <w:p w14:paraId="08BF4516" w14:textId="77777777" w:rsidR="00834D42" w:rsidRPr="006137CD" w:rsidRDefault="00834D42" w:rsidP="00834D42">
            <w:pPr>
              <w:pStyle w:val="a9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Дарья</w:t>
            </w:r>
          </w:p>
          <w:p w14:paraId="58C1EE3E" w14:textId="2CCA12F1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Михайловна</w:t>
            </w:r>
          </w:p>
        </w:tc>
        <w:tc>
          <w:tcPr>
            <w:tcW w:w="4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DDB1BE" w14:textId="073FB97D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DejaVu Serif Condensed" w:hAnsi="DejaVu Serif Condensed"/>
                <w:sz w:val="18"/>
                <w:lang w:val="ru-RU"/>
              </w:rPr>
              <w:t>Согласование КИС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F88B1C" w14:textId="32BBA4A3" w:rsidR="00834D42" w:rsidRPr="006137CD" w:rsidRDefault="00834D42" w:rsidP="00834D42">
            <w:pPr>
              <w:rPr>
                <w:lang w:val="ru-RU"/>
              </w:rPr>
            </w:pPr>
            <w:r w:rsidRPr="006137CD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Согласовано </w:t>
            </w:r>
          </w:p>
        </w:tc>
        <w:tc>
          <w:tcPr>
            <w:tcW w:w="3439" w:type="dxa"/>
            <w:shd w:val="clear" w:color="auto" w:fill="FFFFFF"/>
          </w:tcPr>
          <w:p w14:paraId="32FD76C8" w14:textId="77777777" w:rsidR="00834D42" w:rsidRPr="006137CD" w:rsidRDefault="00834D42" w:rsidP="00834D42">
            <w:pPr>
              <w:rPr>
                <w:lang w:val="ru-RU"/>
              </w:rPr>
            </w:pPr>
          </w:p>
        </w:tc>
      </w:tr>
    </w:tbl>
    <w:p w14:paraId="06813AC1" w14:textId="77777777" w:rsidR="001C6A29" w:rsidRPr="006137CD" w:rsidRDefault="001C6A29">
      <w:pPr>
        <w:rPr>
          <w:lang w:val="ru-RU"/>
        </w:rPr>
      </w:pPr>
    </w:p>
    <w:sectPr w:rsidR="001C6A29" w:rsidRPr="006137CD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erif Condense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34556953">
    <w:abstractNumId w:val="8"/>
  </w:num>
  <w:num w:numId="2" w16cid:durableId="313606523">
    <w:abstractNumId w:val="6"/>
  </w:num>
  <w:num w:numId="3" w16cid:durableId="1816952814">
    <w:abstractNumId w:val="5"/>
  </w:num>
  <w:num w:numId="4" w16cid:durableId="284970362">
    <w:abstractNumId w:val="4"/>
  </w:num>
  <w:num w:numId="5" w16cid:durableId="1107578082">
    <w:abstractNumId w:val="7"/>
  </w:num>
  <w:num w:numId="6" w16cid:durableId="759788608">
    <w:abstractNumId w:val="3"/>
  </w:num>
  <w:num w:numId="7" w16cid:durableId="1088621516">
    <w:abstractNumId w:val="2"/>
  </w:num>
  <w:num w:numId="8" w16cid:durableId="1459254805">
    <w:abstractNumId w:val="1"/>
  </w:num>
  <w:num w:numId="9" w16cid:durableId="1368795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35B3F"/>
    <w:rsid w:val="0006063C"/>
    <w:rsid w:val="0015074B"/>
    <w:rsid w:val="001C6A29"/>
    <w:rsid w:val="0029639D"/>
    <w:rsid w:val="00326F90"/>
    <w:rsid w:val="00545C1D"/>
    <w:rsid w:val="006137CD"/>
    <w:rsid w:val="00694D3E"/>
    <w:rsid w:val="00834D42"/>
    <w:rsid w:val="008E7E0B"/>
    <w:rsid w:val="00AA1D8D"/>
    <w:rsid w:val="00AA3514"/>
    <w:rsid w:val="00B47730"/>
    <w:rsid w:val="00BD067C"/>
    <w:rsid w:val="00CB0664"/>
    <w:rsid w:val="00CF4519"/>
    <w:rsid w:val="00DD1E37"/>
    <w:rsid w:val="00EA6198"/>
    <w:rsid w:val="00F0716D"/>
    <w:rsid w:val="00F950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7DDB84"/>
  <w14:defaultImageDpi w14:val="300"/>
  <w15:docId w15:val="{6CDA88AD-4BCF-49FF-9566-F861AEC77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0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0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C4B2E09-9F34-41F6-B3BE-20C12F3CD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Ольга Ольга</cp:lastModifiedBy>
  <cp:revision>12</cp:revision>
  <cp:lastPrinted>2025-04-28T08:43:00Z</cp:lastPrinted>
  <dcterms:created xsi:type="dcterms:W3CDTF">2013-12-23T23:15:00Z</dcterms:created>
  <dcterms:modified xsi:type="dcterms:W3CDTF">2026-04-29T14:51:00Z</dcterms:modified>
  <cp:category/>
</cp:coreProperties>
</file>