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1FA2A6" w14:textId="77777777" w:rsidR="00545C1D" w:rsidRPr="00834D42" w:rsidRDefault="00035B3F">
      <w:pPr>
        <w:jc w:val="center"/>
        <w:rPr>
          <w:lang w:val="ru-RU"/>
        </w:rPr>
      </w:pPr>
      <w:r w:rsidRPr="00834D42">
        <w:rPr>
          <w:sz w:val="36"/>
          <w:lang w:val="ru-RU"/>
        </w:rPr>
        <w:t>Лист согласования</w:t>
      </w:r>
    </w:p>
    <w:p w14:paraId="22AFA6CE" w14:textId="10FD275A" w:rsidR="00545C1D" w:rsidRPr="00834D42" w:rsidRDefault="00035B3F">
      <w:pPr>
        <w:rPr>
          <w:lang w:val="ru-RU"/>
        </w:rPr>
      </w:pPr>
      <w:r w:rsidRPr="00834D42">
        <w:rPr>
          <w:rFonts w:ascii="DejaVu Serif Condensed" w:hAnsi="DejaVu Serif Condensed"/>
          <w:sz w:val="18"/>
          <w:lang w:val="ru-RU"/>
        </w:rPr>
        <w:t>Номер заявки: ТЗ-2</w:t>
      </w:r>
      <w:r w:rsidR="00A9759D">
        <w:rPr>
          <w:rFonts w:ascii="DejaVu Serif Condensed" w:hAnsi="DejaVu Serif Condensed"/>
          <w:sz w:val="18"/>
          <w:lang w:val="ru-RU"/>
        </w:rPr>
        <w:t>6</w:t>
      </w:r>
      <w:bookmarkStart w:id="0" w:name="_GoBack"/>
      <w:bookmarkEnd w:id="0"/>
      <w:r w:rsidRPr="00834D42">
        <w:rPr>
          <w:rFonts w:ascii="DejaVu Serif Condensed" w:hAnsi="DejaVu Serif Condensed"/>
          <w:sz w:val="18"/>
          <w:lang w:val="ru-RU"/>
        </w:rPr>
        <w:t>0430-223323</w:t>
      </w:r>
    </w:p>
    <w:p w14:paraId="479EE0E9" w14:textId="77777777" w:rsidR="00545C1D" w:rsidRPr="00834D42" w:rsidRDefault="00035B3F">
      <w:pPr>
        <w:rPr>
          <w:lang w:val="ru-RU"/>
        </w:rPr>
      </w:pPr>
      <w:r w:rsidRPr="00834D42">
        <w:rPr>
          <w:rFonts w:ascii="DejaVu Serif Condensed" w:hAnsi="DejaVu Serif Condensed"/>
          <w:sz w:val="18"/>
          <w:lang w:val="ru-RU"/>
        </w:rPr>
        <w:t>Название заявки: Закупка товаров</w:t>
      </w:r>
    </w:p>
    <w:p w14:paraId="35272DB3" w14:textId="0F4C25E0" w:rsidR="00545C1D" w:rsidRPr="00834D42" w:rsidRDefault="00035B3F">
      <w:pPr>
        <w:rPr>
          <w:lang w:val="ru-RU"/>
        </w:rPr>
      </w:pPr>
      <w:r w:rsidRPr="00834D42">
        <w:rPr>
          <w:rFonts w:ascii="DejaVu Serif Condensed" w:hAnsi="DejaVu Serif Condensed"/>
          <w:sz w:val="18"/>
          <w:lang w:val="ru-RU"/>
        </w:rPr>
        <w:t>Тип заявки: Типы заявок (202</w:t>
      </w:r>
      <w:r w:rsidR="00CF4519">
        <w:rPr>
          <w:sz w:val="18"/>
          <w:lang w:val="ru-RU"/>
        </w:rPr>
        <w:t>6</w:t>
      </w:r>
      <w:r w:rsidRPr="00834D42">
        <w:rPr>
          <w:rFonts w:ascii="DejaVu Serif Condensed" w:hAnsi="DejaVu Serif Condensed"/>
          <w:sz w:val="18"/>
          <w:lang w:val="ru-RU"/>
        </w:rPr>
        <w:t>) → Технические задания для согласования самостоятельных закупок - 202</w:t>
      </w:r>
      <w:r w:rsidR="00A9759D" w:rsidRPr="00A9759D">
        <w:rPr>
          <w:sz w:val="18"/>
          <w:lang w:val="ru-RU"/>
        </w:rPr>
        <w:t>6</w:t>
      </w:r>
      <w:r w:rsidRPr="00834D42">
        <w:rPr>
          <w:rFonts w:ascii="DejaVu Serif Condensed" w:hAnsi="DejaVu Serif Condensed"/>
          <w:sz w:val="18"/>
          <w:lang w:val="ru-RU"/>
        </w:rPr>
        <w:t xml:space="preserve"> → Закупка товаров   → Закупка товаров</w:t>
      </w:r>
    </w:p>
    <w:p w14:paraId="3B110AD0" w14:textId="14BF8CF7" w:rsidR="00545C1D" w:rsidRPr="00AA3514" w:rsidRDefault="00035B3F">
      <w:pPr>
        <w:rPr>
          <w:lang w:val="ru-RU"/>
        </w:rPr>
      </w:pPr>
      <w:r w:rsidRPr="00AA3514">
        <w:rPr>
          <w:rFonts w:ascii="DejaVu Serif Condensed" w:hAnsi="DejaVu Serif Condensed"/>
          <w:sz w:val="18"/>
          <w:lang w:val="ru-RU"/>
        </w:rPr>
        <w:t xml:space="preserve">Сумма заявки: </w:t>
      </w:r>
      <w:r w:rsidR="00A9759D" w:rsidRPr="00A9759D">
        <w:rPr>
          <w:rFonts w:ascii="DejaVu Serif Condensed" w:hAnsi="DejaVu Serif Condensed"/>
          <w:sz w:val="18"/>
          <w:lang w:val="ru-RU"/>
        </w:rPr>
        <w:t>508 500,00</w:t>
      </w:r>
      <w:r w:rsidR="00A9759D">
        <w:rPr>
          <w:sz w:val="18"/>
        </w:rPr>
        <w:t xml:space="preserve"> </w:t>
      </w:r>
      <w:r w:rsidRPr="00AA3514">
        <w:rPr>
          <w:rFonts w:ascii="DejaVu Serif Condensed" w:hAnsi="DejaVu Serif Condensed"/>
          <w:sz w:val="18"/>
          <w:lang w:val="ru-RU"/>
        </w:rPr>
        <w:t>р.</w:t>
      </w:r>
    </w:p>
    <w:p w14:paraId="17D89ECA" w14:textId="77777777" w:rsidR="00545C1D" w:rsidRPr="00AA3514" w:rsidRDefault="00545C1D">
      <w:pPr>
        <w:rPr>
          <w:lang w:val="ru-RU"/>
        </w:rPr>
      </w:pP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ook w:val="04A0" w:firstRow="1" w:lastRow="0" w:firstColumn="1" w:lastColumn="0" w:noHBand="0" w:noVBand="1"/>
      </w:tblPr>
      <w:tblGrid>
        <w:gridCol w:w="487"/>
        <w:gridCol w:w="1342"/>
        <w:gridCol w:w="1615"/>
        <w:gridCol w:w="4066"/>
        <w:gridCol w:w="1507"/>
        <w:gridCol w:w="3439"/>
      </w:tblGrid>
      <w:tr w:rsidR="00545C1D" w14:paraId="3215B270" w14:textId="77777777" w:rsidTr="00834D42">
        <w:tc>
          <w:tcPr>
            <w:tcW w:w="487" w:type="dxa"/>
            <w:shd w:val="clear" w:color="auto" w:fill="FFFFFF"/>
          </w:tcPr>
          <w:p w14:paraId="6C505AF6" w14:textId="77777777" w:rsidR="00545C1D" w:rsidRDefault="00035B3F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№</w:t>
            </w:r>
          </w:p>
        </w:tc>
        <w:tc>
          <w:tcPr>
            <w:tcW w:w="1342" w:type="dxa"/>
            <w:shd w:val="clear" w:color="auto" w:fill="FFFFFF"/>
          </w:tcPr>
          <w:p w14:paraId="61BE7651" w14:textId="77777777" w:rsidR="00545C1D" w:rsidRDefault="00035B3F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Дата</w:t>
            </w:r>
          </w:p>
        </w:tc>
        <w:tc>
          <w:tcPr>
            <w:tcW w:w="1615" w:type="dxa"/>
            <w:shd w:val="clear" w:color="auto" w:fill="FFFFFF"/>
          </w:tcPr>
          <w:p w14:paraId="62CDF171" w14:textId="77777777" w:rsidR="00545C1D" w:rsidRDefault="00035B3F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ФИО</w:t>
            </w:r>
          </w:p>
        </w:tc>
        <w:tc>
          <w:tcPr>
            <w:tcW w:w="4066" w:type="dxa"/>
            <w:shd w:val="clear" w:color="auto" w:fill="FFFFFF"/>
          </w:tcPr>
          <w:p w14:paraId="11B46B19" w14:textId="77777777" w:rsidR="00545C1D" w:rsidRDefault="00035B3F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Организация/группа/пользователь</w:t>
            </w:r>
          </w:p>
        </w:tc>
        <w:tc>
          <w:tcPr>
            <w:tcW w:w="1507" w:type="dxa"/>
            <w:shd w:val="clear" w:color="auto" w:fill="FFFFFF"/>
          </w:tcPr>
          <w:p w14:paraId="517D58E6" w14:textId="77777777" w:rsidR="00545C1D" w:rsidRDefault="00035B3F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Статус</w:t>
            </w:r>
          </w:p>
        </w:tc>
        <w:tc>
          <w:tcPr>
            <w:tcW w:w="3439" w:type="dxa"/>
            <w:shd w:val="clear" w:color="auto" w:fill="FFFFFF"/>
          </w:tcPr>
          <w:p w14:paraId="50C85FF2" w14:textId="77777777" w:rsidR="00545C1D" w:rsidRDefault="00035B3F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Подпись</w:t>
            </w:r>
          </w:p>
        </w:tc>
      </w:tr>
      <w:tr w:rsidR="00545C1D" w14:paraId="1E455618" w14:textId="77777777" w:rsidTr="00834D42">
        <w:tc>
          <w:tcPr>
            <w:tcW w:w="487" w:type="dxa"/>
            <w:shd w:val="clear" w:color="auto" w:fill="FFFFFF"/>
          </w:tcPr>
          <w:p w14:paraId="056B3F45" w14:textId="77777777" w:rsidR="00545C1D" w:rsidRDefault="00035B3F">
            <w:r>
              <w:rPr>
                <w:rFonts w:ascii="DejaVu Serif Condensed" w:hAnsi="DejaVu Serif Condensed"/>
                <w:sz w:val="18"/>
              </w:rPr>
              <w:t>1</w:t>
            </w:r>
          </w:p>
        </w:tc>
        <w:tc>
          <w:tcPr>
            <w:tcW w:w="1342" w:type="dxa"/>
            <w:shd w:val="clear" w:color="auto" w:fill="FFFFFF"/>
          </w:tcPr>
          <w:p w14:paraId="7E66DF9A" w14:textId="67648678" w:rsidR="00545C1D" w:rsidRPr="00035B3F" w:rsidRDefault="00A9759D" w:rsidP="00694D3E">
            <w:pPr>
              <w:rPr>
                <w:lang w:val="ru-RU"/>
              </w:rPr>
            </w:pPr>
            <w:r w:rsidRPr="00A9759D">
              <w:rPr>
                <w:sz w:val="18"/>
                <w:lang w:val="ru-RU"/>
              </w:rPr>
              <w:t>13.</w:t>
            </w:r>
            <w:r>
              <w:rPr>
                <w:sz w:val="18"/>
                <w:lang w:val="ru-RU"/>
              </w:rPr>
              <w:t>05</w:t>
            </w:r>
            <w:r w:rsidR="00CF4519">
              <w:rPr>
                <w:sz w:val="18"/>
                <w:lang w:val="ru-RU"/>
              </w:rPr>
              <w:t>.2026</w:t>
            </w:r>
            <w:r w:rsidR="00035B3F" w:rsidRPr="00035B3F">
              <w:rPr>
                <w:rFonts w:ascii="DejaVu Serif Condensed" w:hAnsi="DejaVu Serif Condensed"/>
                <w:sz w:val="18"/>
                <w:lang w:val="ru-RU"/>
              </w:rPr>
              <w:t xml:space="preserve"> 11:49:13</w:t>
            </w:r>
          </w:p>
        </w:tc>
        <w:tc>
          <w:tcPr>
            <w:tcW w:w="1615" w:type="dxa"/>
            <w:shd w:val="clear" w:color="auto" w:fill="FFFFFF"/>
          </w:tcPr>
          <w:p w14:paraId="4B9D1739" w14:textId="77777777" w:rsidR="00545C1D" w:rsidRPr="00035B3F" w:rsidRDefault="00035B3F">
            <w:pPr>
              <w:rPr>
                <w:lang w:val="ru-RU"/>
              </w:rPr>
            </w:pPr>
            <w:r w:rsidRPr="00035B3F">
              <w:rPr>
                <w:rFonts w:ascii="DejaVu Serif Condensed" w:hAnsi="DejaVu Serif Condensed"/>
                <w:sz w:val="18"/>
                <w:lang w:val="ru-RU"/>
              </w:rPr>
              <w:t>Етчо Наталья Александровна</w:t>
            </w:r>
          </w:p>
        </w:tc>
        <w:tc>
          <w:tcPr>
            <w:tcW w:w="4066" w:type="dxa"/>
            <w:shd w:val="clear" w:color="auto" w:fill="FFFFFF"/>
          </w:tcPr>
          <w:p w14:paraId="6490BE58" w14:textId="77777777" w:rsidR="00545C1D" w:rsidRPr="00834D42" w:rsidRDefault="00035B3F">
            <w:pPr>
              <w:rPr>
                <w:lang w:val="ru-RU"/>
              </w:rPr>
            </w:pPr>
            <w:r w:rsidRPr="00834D42">
              <w:rPr>
                <w:rFonts w:ascii="DejaVu Serif Condensed" w:hAnsi="DejaVu Serif Condensed"/>
                <w:sz w:val="18"/>
                <w:lang w:val="ru-RU"/>
              </w:rPr>
              <w:t>Государственное бюджетное общеобразовательное учреждение средняя общеобразовательная школа № 695 "Радуга" Пушкинского района Санкт-Петербурга</w:t>
            </w:r>
          </w:p>
        </w:tc>
        <w:tc>
          <w:tcPr>
            <w:tcW w:w="1507" w:type="dxa"/>
            <w:shd w:val="clear" w:color="auto" w:fill="FFFFFF"/>
          </w:tcPr>
          <w:p w14:paraId="1FE3319A" w14:textId="77777777" w:rsidR="00545C1D" w:rsidRDefault="00035B3F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3439" w:type="dxa"/>
            <w:shd w:val="clear" w:color="auto" w:fill="FFFFFF"/>
          </w:tcPr>
          <w:p w14:paraId="69F2AF8B" w14:textId="77777777" w:rsidR="00545C1D" w:rsidRDefault="00545C1D"/>
        </w:tc>
      </w:tr>
      <w:tr w:rsidR="00834D42" w:rsidRPr="00A9759D" w14:paraId="4F50E941" w14:textId="77777777" w:rsidTr="00834D42">
        <w:tc>
          <w:tcPr>
            <w:tcW w:w="487" w:type="dxa"/>
            <w:shd w:val="clear" w:color="auto" w:fill="FFFFFF"/>
          </w:tcPr>
          <w:p w14:paraId="65048E17" w14:textId="77777777" w:rsidR="00834D42" w:rsidRDefault="00834D42" w:rsidP="00834D42">
            <w:r>
              <w:rPr>
                <w:rFonts w:ascii="DejaVu Serif Condensed" w:hAnsi="DejaVu Serif Condensed"/>
                <w:sz w:val="18"/>
              </w:rPr>
              <w:t>2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ACBEB1C" w14:textId="0B43D36D" w:rsidR="00834D42" w:rsidRPr="006137CD" w:rsidRDefault="00A9759D" w:rsidP="001657E4">
            <w:pPr>
              <w:rPr>
                <w:lang w:val="ru-RU"/>
              </w:rPr>
            </w:pPr>
            <w:r>
              <w:rPr>
                <w:sz w:val="18"/>
                <w:lang w:val="ru-RU"/>
              </w:rPr>
              <w:t>13.05</w:t>
            </w:r>
            <w:r w:rsidR="00CF4519">
              <w:rPr>
                <w:sz w:val="18"/>
                <w:lang w:val="ru-RU"/>
              </w:rPr>
              <w:t>.2026</w:t>
            </w:r>
            <w:r w:rsidR="001657E4">
              <w:rPr>
                <w:rFonts w:ascii="Times New Roman" w:hAnsi="Times New Roman" w:cs="Times New Roman"/>
                <w:sz w:val="18"/>
                <w:lang w:val="ru-RU"/>
              </w:rPr>
              <w:t xml:space="preserve"> 15</w:t>
            </w:r>
            <w:r w:rsidR="00834D42" w:rsidRPr="006137CD">
              <w:rPr>
                <w:rFonts w:ascii="Times New Roman" w:hAnsi="Times New Roman" w:cs="Times New Roman"/>
                <w:sz w:val="18"/>
                <w:lang w:val="ru-RU"/>
              </w:rPr>
              <w:t>:</w:t>
            </w:r>
            <w:r w:rsidR="00834D42">
              <w:rPr>
                <w:rFonts w:ascii="Times New Roman" w:hAnsi="Times New Roman" w:cs="Times New Roman"/>
                <w:sz w:val="18"/>
                <w:lang w:val="ru-RU"/>
              </w:rPr>
              <w:t>55</w:t>
            </w:r>
            <w:r w:rsidR="00834D42" w:rsidRPr="006137CD">
              <w:rPr>
                <w:rFonts w:ascii="Times New Roman" w:hAnsi="Times New Roman" w:cs="Times New Roman"/>
                <w:sz w:val="18"/>
                <w:lang w:val="ru-RU"/>
              </w:rPr>
              <w:t>:</w:t>
            </w:r>
            <w:r w:rsidR="00834D42">
              <w:rPr>
                <w:rFonts w:ascii="Times New Roman" w:hAnsi="Times New Roman" w:cs="Times New Roman"/>
                <w:sz w:val="18"/>
                <w:lang w:val="ru-RU"/>
              </w:rPr>
              <w:t>00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C077A71" w14:textId="1D4E028C" w:rsidR="00834D42" w:rsidRPr="006137CD" w:rsidRDefault="00834D42" w:rsidP="00834D42">
            <w:pPr>
              <w:rPr>
                <w:lang w:val="ru-RU"/>
              </w:rPr>
            </w:pPr>
            <w:r w:rsidRPr="006137C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Сафонов Сергей Анатольевич</w:t>
            </w:r>
          </w:p>
        </w:tc>
        <w:tc>
          <w:tcPr>
            <w:tcW w:w="4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5F14932" w14:textId="0FC66731" w:rsidR="00834D42" w:rsidRPr="00834D42" w:rsidRDefault="00834D42" w:rsidP="00834D42">
            <w:pPr>
              <w:rPr>
                <w:lang w:val="ru-RU"/>
              </w:rPr>
            </w:pPr>
            <w:r>
              <w:rPr>
                <w:rFonts w:ascii="DejaVu Serif Condensed" w:hAnsi="DejaVu Serif Condensed"/>
                <w:sz w:val="18"/>
                <w:lang w:val="ru-RU"/>
              </w:rPr>
              <w:t>(ИОГВ) Администрация Пушкинского района Санкт-Петербурга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91DEA7" w14:textId="207D1759" w:rsidR="00834D42" w:rsidRPr="006137CD" w:rsidRDefault="00834D42" w:rsidP="00834D42">
            <w:pPr>
              <w:rPr>
                <w:lang w:val="ru-RU"/>
              </w:rPr>
            </w:pPr>
            <w:r w:rsidRPr="006137C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Согласовано </w:t>
            </w:r>
          </w:p>
        </w:tc>
        <w:tc>
          <w:tcPr>
            <w:tcW w:w="3439" w:type="dxa"/>
            <w:shd w:val="clear" w:color="auto" w:fill="FFFFFF"/>
          </w:tcPr>
          <w:p w14:paraId="7B177E30" w14:textId="77777777" w:rsidR="00834D42" w:rsidRPr="006137CD" w:rsidRDefault="00834D42" w:rsidP="00834D42">
            <w:pPr>
              <w:rPr>
                <w:lang w:val="ru-RU"/>
              </w:rPr>
            </w:pPr>
          </w:p>
        </w:tc>
      </w:tr>
      <w:tr w:rsidR="00834D42" w:rsidRPr="00CF4519" w14:paraId="2A94D784" w14:textId="77777777" w:rsidTr="00834D42">
        <w:tc>
          <w:tcPr>
            <w:tcW w:w="487" w:type="dxa"/>
            <w:shd w:val="clear" w:color="auto" w:fill="FFFFFF"/>
          </w:tcPr>
          <w:p w14:paraId="6E113927" w14:textId="77777777" w:rsidR="00834D42" w:rsidRPr="006137CD" w:rsidRDefault="00834D42" w:rsidP="00834D42">
            <w:pPr>
              <w:rPr>
                <w:lang w:val="ru-RU"/>
              </w:rPr>
            </w:pPr>
            <w:r w:rsidRPr="006137CD">
              <w:rPr>
                <w:rFonts w:ascii="DejaVu Serif Condensed" w:hAnsi="DejaVu Serif Condensed"/>
                <w:sz w:val="18"/>
                <w:lang w:val="ru-RU"/>
              </w:rPr>
              <w:t>3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5CA8581" w14:textId="7C33C466" w:rsidR="00834D42" w:rsidRPr="006137CD" w:rsidRDefault="00A9759D" w:rsidP="00694D3E">
            <w:pPr>
              <w:rPr>
                <w:lang w:val="ru-RU"/>
              </w:rPr>
            </w:pPr>
            <w:r>
              <w:rPr>
                <w:sz w:val="18"/>
                <w:lang w:val="ru-RU"/>
              </w:rPr>
              <w:t>16.05</w:t>
            </w:r>
            <w:r w:rsidR="00CF4519">
              <w:rPr>
                <w:sz w:val="18"/>
                <w:lang w:val="ru-RU"/>
              </w:rPr>
              <w:t>.2026</w:t>
            </w:r>
            <w:r w:rsidR="00035B3F" w:rsidRPr="00035B3F">
              <w:rPr>
                <w:rFonts w:ascii="DejaVu Serif Condensed" w:hAnsi="DejaVu Serif Condensed"/>
                <w:sz w:val="18"/>
                <w:lang w:val="ru-RU"/>
              </w:rPr>
              <w:t xml:space="preserve"> </w:t>
            </w:r>
            <w:r w:rsidR="006137CD">
              <w:rPr>
                <w:rFonts w:ascii="DejaVu Serif Condensed" w:hAnsi="DejaVu Serif Condensed"/>
                <w:sz w:val="18"/>
                <w:lang w:val="ru-RU"/>
              </w:rPr>
              <w:t>09</w:t>
            </w:r>
            <w:r w:rsidR="00834D42" w:rsidRPr="006137CD">
              <w:rPr>
                <w:rFonts w:ascii="DejaVu Serif Condensed" w:hAnsi="DejaVu Serif Condensed"/>
                <w:sz w:val="18"/>
                <w:lang w:val="ru-RU"/>
              </w:rPr>
              <w:t>:</w:t>
            </w:r>
            <w:r w:rsidR="00834D42">
              <w:rPr>
                <w:sz w:val="18"/>
                <w:lang w:val="ru-RU"/>
              </w:rPr>
              <w:t>55</w:t>
            </w:r>
            <w:r w:rsidR="00834D42" w:rsidRPr="006137CD">
              <w:rPr>
                <w:rFonts w:ascii="DejaVu Serif Condensed" w:hAnsi="DejaVu Serif Condensed"/>
                <w:sz w:val="18"/>
                <w:lang w:val="ru-RU"/>
              </w:rPr>
              <w:t>:</w:t>
            </w:r>
            <w:r w:rsidR="00834D42">
              <w:rPr>
                <w:sz w:val="18"/>
                <w:lang w:val="ru-RU"/>
              </w:rPr>
              <w:t>34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75F9CE7" w14:textId="77777777" w:rsidR="00834D42" w:rsidRPr="00DD1E37" w:rsidRDefault="00834D42" w:rsidP="00834D42">
            <w:pPr>
              <w:pStyle w:val="a9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6137C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Иван</w:t>
            </w:r>
            <w:r w:rsidRPr="00DD1E37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ов Олег</w:t>
            </w:r>
          </w:p>
          <w:p w14:paraId="657074E9" w14:textId="0A1332BF" w:rsidR="00834D42" w:rsidRPr="00DD1E37" w:rsidRDefault="00834D42" w:rsidP="00834D42">
            <w:pPr>
              <w:rPr>
                <w:lang w:val="ru-RU"/>
              </w:rPr>
            </w:pPr>
            <w:r w:rsidRPr="00DD1E37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Владимирович</w:t>
            </w:r>
          </w:p>
        </w:tc>
        <w:tc>
          <w:tcPr>
            <w:tcW w:w="4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64200B0" w14:textId="7F029453" w:rsidR="00834D42" w:rsidRPr="00DD1E37" w:rsidRDefault="00834D42" w:rsidP="00834D42">
            <w:pPr>
              <w:rPr>
                <w:lang w:val="ru-RU"/>
              </w:rPr>
            </w:pPr>
            <w:r w:rsidRPr="00DD1E37">
              <w:rPr>
                <w:rFonts w:ascii="DejaVu Serif Condensed" w:hAnsi="DejaVu Serif Condensed"/>
                <w:sz w:val="18"/>
                <w:lang w:val="ru-RU"/>
              </w:rPr>
              <w:t>Эксперты по закупке техники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2124F2" w14:textId="210126F2" w:rsidR="00834D42" w:rsidRPr="00DD1E37" w:rsidRDefault="00834D42" w:rsidP="00834D42">
            <w:pPr>
              <w:rPr>
                <w:lang w:val="ru-RU"/>
              </w:rPr>
            </w:pPr>
            <w:r w:rsidRPr="00DD1E37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Согласовано </w:t>
            </w:r>
          </w:p>
        </w:tc>
        <w:tc>
          <w:tcPr>
            <w:tcW w:w="3439" w:type="dxa"/>
            <w:shd w:val="clear" w:color="auto" w:fill="FFFFFF"/>
          </w:tcPr>
          <w:p w14:paraId="0B933CEC" w14:textId="77777777" w:rsidR="00834D42" w:rsidRPr="00DD1E37" w:rsidRDefault="00834D42" w:rsidP="00834D42">
            <w:pPr>
              <w:rPr>
                <w:lang w:val="ru-RU"/>
              </w:rPr>
            </w:pPr>
          </w:p>
        </w:tc>
      </w:tr>
      <w:tr w:rsidR="00834D42" w:rsidRPr="00A9759D" w14:paraId="40C2A6AE" w14:textId="77777777" w:rsidTr="00834D42">
        <w:tc>
          <w:tcPr>
            <w:tcW w:w="487" w:type="dxa"/>
            <w:shd w:val="clear" w:color="auto" w:fill="FFFFFF"/>
          </w:tcPr>
          <w:p w14:paraId="2B1CBC1F" w14:textId="77777777" w:rsidR="00834D42" w:rsidRPr="00DD1E37" w:rsidRDefault="00834D42" w:rsidP="00834D42">
            <w:pPr>
              <w:rPr>
                <w:lang w:val="ru-RU"/>
              </w:rPr>
            </w:pPr>
            <w:r w:rsidRPr="00DD1E37">
              <w:rPr>
                <w:rFonts w:ascii="DejaVu Serif Condensed" w:hAnsi="DejaVu Serif Condensed"/>
                <w:sz w:val="18"/>
                <w:lang w:val="ru-RU"/>
              </w:rPr>
              <w:t>4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869AA96" w14:textId="40C21784" w:rsidR="00834D42" w:rsidRPr="006137CD" w:rsidRDefault="00A9759D" w:rsidP="00694D3E">
            <w:pPr>
              <w:rPr>
                <w:lang w:val="ru-RU"/>
              </w:rPr>
            </w:pPr>
            <w:r>
              <w:rPr>
                <w:sz w:val="18"/>
                <w:lang w:val="ru-RU"/>
              </w:rPr>
              <w:t>16.05</w:t>
            </w:r>
            <w:r w:rsidR="00CF4519">
              <w:rPr>
                <w:sz w:val="18"/>
                <w:lang w:val="ru-RU"/>
              </w:rPr>
              <w:t>.2026</w:t>
            </w:r>
            <w:r w:rsidR="00035B3F" w:rsidRPr="00035B3F">
              <w:rPr>
                <w:rFonts w:ascii="DejaVu Serif Condensed" w:hAnsi="DejaVu Serif Condensed"/>
                <w:sz w:val="18"/>
                <w:lang w:val="ru-RU"/>
              </w:rPr>
              <w:t xml:space="preserve"> </w:t>
            </w:r>
            <w:r w:rsidR="00834D42" w:rsidRPr="006137CD">
              <w:rPr>
                <w:rFonts w:ascii="DejaVu Serif Condensed" w:hAnsi="DejaVu Serif Condensed"/>
                <w:sz w:val="18"/>
                <w:lang w:val="ru-RU"/>
              </w:rPr>
              <w:t>1</w:t>
            </w:r>
            <w:r w:rsidR="006137CD">
              <w:rPr>
                <w:sz w:val="18"/>
                <w:lang w:val="ru-RU"/>
              </w:rPr>
              <w:t>0</w:t>
            </w:r>
            <w:r w:rsidR="00834D42" w:rsidRPr="006137CD">
              <w:rPr>
                <w:rFonts w:ascii="DejaVu Serif Condensed" w:hAnsi="DejaVu Serif Condensed"/>
                <w:sz w:val="18"/>
                <w:lang w:val="ru-RU"/>
              </w:rPr>
              <w:t>:36:</w:t>
            </w:r>
            <w:r w:rsidR="00834D42">
              <w:rPr>
                <w:sz w:val="18"/>
                <w:lang w:val="ru-RU"/>
              </w:rPr>
              <w:t>28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F16CCE5" w14:textId="77777777" w:rsidR="00834D42" w:rsidRPr="006137CD" w:rsidRDefault="00834D42" w:rsidP="00834D42">
            <w:pPr>
              <w:pStyle w:val="a9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6137C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Михайлова</w:t>
            </w:r>
          </w:p>
          <w:p w14:paraId="08BF4516" w14:textId="77777777" w:rsidR="00834D42" w:rsidRPr="006137CD" w:rsidRDefault="00834D42" w:rsidP="00834D42">
            <w:pPr>
              <w:pStyle w:val="a9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6137C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Дарья</w:t>
            </w:r>
          </w:p>
          <w:p w14:paraId="58C1EE3E" w14:textId="2CCA12F1" w:rsidR="00834D42" w:rsidRPr="006137CD" w:rsidRDefault="00834D42" w:rsidP="00834D42">
            <w:pPr>
              <w:rPr>
                <w:lang w:val="ru-RU"/>
              </w:rPr>
            </w:pPr>
            <w:r w:rsidRPr="006137C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Михайловна</w:t>
            </w:r>
          </w:p>
        </w:tc>
        <w:tc>
          <w:tcPr>
            <w:tcW w:w="4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2DDB1BE" w14:textId="073FB97D" w:rsidR="00834D42" w:rsidRPr="006137CD" w:rsidRDefault="00834D42" w:rsidP="00834D42">
            <w:pPr>
              <w:rPr>
                <w:lang w:val="ru-RU"/>
              </w:rPr>
            </w:pPr>
            <w:r w:rsidRPr="006137CD">
              <w:rPr>
                <w:rFonts w:ascii="DejaVu Serif Condensed" w:hAnsi="DejaVu Serif Condensed"/>
                <w:sz w:val="18"/>
                <w:lang w:val="ru-RU"/>
              </w:rPr>
              <w:t>Согласование КИС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F88B1C" w14:textId="32BBA4A3" w:rsidR="00834D42" w:rsidRPr="006137CD" w:rsidRDefault="00834D42" w:rsidP="00834D42">
            <w:pPr>
              <w:rPr>
                <w:lang w:val="ru-RU"/>
              </w:rPr>
            </w:pPr>
            <w:r w:rsidRPr="006137C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Согласовано </w:t>
            </w:r>
          </w:p>
        </w:tc>
        <w:tc>
          <w:tcPr>
            <w:tcW w:w="3439" w:type="dxa"/>
            <w:shd w:val="clear" w:color="auto" w:fill="FFFFFF"/>
          </w:tcPr>
          <w:p w14:paraId="32FD76C8" w14:textId="77777777" w:rsidR="00834D42" w:rsidRPr="006137CD" w:rsidRDefault="00834D42" w:rsidP="00834D42">
            <w:pPr>
              <w:rPr>
                <w:lang w:val="ru-RU"/>
              </w:rPr>
            </w:pPr>
          </w:p>
        </w:tc>
      </w:tr>
    </w:tbl>
    <w:p w14:paraId="06813AC1" w14:textId="77777777" w:rsidR="001C6A29" w:rsidRPr="006137CD" w:rsidRDefault="001C6A29">
      <w:pPr>
        <w:rPr>
          <w:lang w:val="ru-RU"/>
        </w:rPr>
      </w:pPr>
    </w:p>
    <w:sectPr w:rsidR="001C6A29" w:rsidRPr="006137CD" w:rsidSect="00034616">
      <w:pgSz w:w="15840" w:h="12240" w:orient="landscape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erif Condense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35B3F"/>
    <w:rsid w:val="0006063C"/>
    <w:rsid w:val="0015074B"/>
    <w:rsid w:val="001657E4"/>
    <w:rsid w:val="001C6A29"/>
    <w:rsid w:val="0029639D"/>
    <w:rsid w:val="00326F90"/>
    <w:rsid w:val="00545C1D"/>
    <w:rsid w:val="006137CD"/>
    <w:rsid w:val="00694D3E"/>
    <w:rsid w:val="00834D42"/>
    <w:rsid w:val="00A9759D"/>
    <w:rsid w:val="00AA1D8D"/>
    <w:rsid w:val="00AA3514"/>
    <w:rsid w:val="00B47730"/>
    <w:rsid w:val="00BD067C"/>
    <w:rsid w:val="00CB0664"/>
    <w:rsid w:val="00CF4519"/>
    <w:rsid w:val="00DD1E3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7DDB84"/>
  <w14:defaultImageDpi w14:val="300"/>
  <w15:docId w15:val="{6CDA88AD-4BCF-49FF-9566-F861AEC77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0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0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6304E4E-EC7F-47CA-AA7F-8DC792681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 Windows</cp:lastModifiedBy>
  <cp:revision>13</cp:revision>
  <cp:lastPrinted>2025-04-28T08:43:00Z</cp:lastPrinted>
  <dcterms:created xsi:type="dcterms:W3CDTF">2013-12-23T23:15:00Z</dcterms:created>
  <dcterms:modified xsi:type="dcterms:W3CDTF">2026-05-13T05:47:00Z</dcterms:modified>
  <cp:category/>
</cp:coreProperties>
</file>