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33C" w:rsidRPr="00D6354B" w:rsidRDefault="00D6354B">
      <w:pPr>
        <w:jc w:val="center"/>
        <w:rPr>
          <w:lang w:val="ru-RU"/>
        </w:rPr>
      </w:pPr>
      <w:r w:rsidRPr="00D6354B">
        <w:rPr>
          <w:sz w:val="36"/>
          <w:lang w:val="ru-RU"/>
        </w:rPr>
        <w:t>Лист согласования</w:t>
      </w:r>
    </w:p>
    <w:p w:rsidR="0019433C" w:rsidRPr="00D6354B" w:rsidRDefault="00D6354B">
      <w:pPr>
        <w:rPr>
          <w:lang w:val="ru-RU"/>
        </w:rPr>
      </w:pPr>
      <w:r w:rsidRPr="00D6354B">
        <w:rPr>
          <w:rFonts w:ascii="DejaVu Serif Condensed" w:hAnsi="DejaVu Serif Condensed"/>
          <w:sz w:val="18"/>
          <w:lang w:val="ru-RU"/>
        </w:rPr>
        <w:t>Номер заявки: ТЗ-240208-252942</w:t>
      </w:r>
    </w:p>
    <w:p w:rsidR="0019433C" w:rsidRPr="00D6354B" w:rsidRDefault="00D6354B">
      <w:pPr>
        <w:rPr>
          <w:lang w:val="ru-RU"/>
        </w:rPr>
      </w:pPr>
      <w:r w:rsidRPr="00D6354B">
        <w:rPr>
          <w:rFonts w:ascii="DejaVu Serif Condensed" w:hAnsi="DejaVu Serif Condensed"/>
          <w:sz w:val="18"/>
          <w:lang w:val="ru-RU"/>
        </w:rPr>
        <w:t xml:space="preserve">Название заявки: Оказание услуг по техническому обслуживанию и ремонту систем внутренней телефонной связи (АТС и ВРТС) и звонкового оповещения в ГБПОУ Некрасовский </w:t>
      </w:r>
      <w:proofErr w:type="spellStart"/>
      <w:r w:rsidRPr="00D6354B">
        <w:rPr>
          <w:rFonts w:ascii="DejaVu Serif Condensed" w:hAnsi="DejaVu Serif Condensed"/>
          <w:sz w:val="18"/>
          <w:lang w:val="ru-RU"/>
        </w:rPr>
        <w:t>педколледж</w:t>
      </w:r>
      <w:proofErr w:type="spellEnd"/>
      <w:r w:rsidRPr="00D6354B">
        <w:rPr>
          <w:rFonts w:ascii="DejaVu Serif Condensed" w:hAnsi="DejaVu Serif Condensed"/>
          <w:sz w:val="18"/>
          <w:lang w:val="ru-RU"/>
        </w:rPr>
        <w:t xml:space="preserve"> №1 в 2024 году.</w:t>
      </w:r>
    </w:p>
    <w:p w:rsidR="0019433C" w:rsidRPr="00D6354B" w:rsidRDefault="00D6354B">
      <w:pPr>
        <w:rPr>
          <w:lang w:val="ru-RU"/>
        </w:rPr>
      </w:pPr>
      <w:r w:rsidRPr="00D6354B">
        <w:rPr>
          <w:rFonts w:ascii="DejaVu Serif Condensed" w:hAnsi="DejaVu Serif Condensed"/>
          <w:sz w:val="18"/>
          <w:lang w:val="ru-RU"/>
        </w:rPr>
        <w:t xml:space="preserve">Тип заявки: </w:t>
      </w:r>
      <w:r w:rsidRPr="00D6354B">
        <w:rPr>
          <w:rFonts w:ascii="DejaVu Serif Condensed" w:hAnsi="DejaVu Serif Condensed"/>
          <w:sz w:val="18"/>
          <w:lang w:val="ru-RU"/>
        </w:rPr>
        <w:t>Типы заявок (2024) → Технические задания для согласования самостоятельных закупок - 2024 → Закупка услуг в сфере связи (ГБУ) → Закупка услуг связи</w:t>
      </w:r>
    </w:p>
    <w:p w:rsidR="0019433C" w:rsidRDefault="00D6354B">
      <w:proofErr w:type="spellStart"/>
      <w:r>
        <w:rPr>
          <w:rFonts w:ascii="DejaVu Serif Condensed" w:hAnsi="DejaVu Serif Condensed"/>
          <w:sz w:val="18"/>
        </w:rPr>
        <w:t>Сумма</w:t>
      </w:r>
      <w:proofErr w:type="spellEnd"/>
      <w:r>
        <w:rPr>
          <w:rFonts w:ascii="DejaVu Serif Condensed" w:hAnsi="DejaVu Serif Condensed"/>
          <w:sz w:val="18"/>
        </w:rPr>
        <w:t xml:space="preserve"> </w:t>
      </w:r>
      <w:proofErr w:type="spellStart"/>
      <w:r>
        <w:rPr>
          <w:rFonts w:ascii="DejaVu Serif Condensed" w:hAnsi="DejaVu Serif Condensed"/>
          <w:sz w:val="18"/>
        </w:rPr>
        <w:t>заявки</w:t>
      </w:r>
      <w:proofErr w:type="spellEnd"/>
      <w:r>
        <w:rPr>
          <w:rFonts w:ascii="DejaVu Serif Condensed" w:hAnsi="DejaVu Serif Condensed"/>
          <w:sz w:val="18"/>
        </w:rPr>
        <w:t>: 142 826</w:t>
      </w:r>
      <w:proofErr w:type="gramStart"/>
      <w:r>
        <w:rPr>
          <w:rFonts w:ascii="DejaVu Serif Condensed" w:hAnsi="DejaVu Serif Condensed"/>
          <w:sz w:val="18"/>
        </w:rPr>
        <w:t>,40</w:t>
      </w:r>
      <w:proofErr w:type="gramEnd"/>
      <w:r>
        <w:rPr>
          <w:rFonts w:ascii="DejaVu Serif Condensed" w:hAnsi="DejaVu Serif Condensed"/>
          <w:sz w:val="18"/>
        </w:rPr>
        <w:t xml:space="preserve"> р.</w:t>
      </w:r>
    </w:p>
    <w:p w:rsidR="0019433C" w:rsidRDefault="0019433C"/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ook w:val="04A0" w:firstRow="1" w:lastRow="0" w:firstColumn="1" w:lastColumn="0" w:noHBand="0" w:noVBand="1"/>
      </w:tblPr>
      <w:tblGrid>
        <w:gridCol w:w="488"/>
        <w:gridCol w:w="1338"/>
        <w:gridCol w:w="1600"/>
        <w:gridCol w:w="4041"/>
        <w:gridCol w:w="1497"/>
        <w:gridCol w:w="3492"/>
      </w:tblGrid>
      <w:tr w:rsidR="0019433C" w:rsidTr="00D6354B">
        <w:tc>
          <w:tcPr>
            <w:tcW w:w="488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38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00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4041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Организация/группа/пользователь</w:t>
            </w:r>
          </w:p>
        </w:tc>
        <w:tc>
          <w:tcPr>
            <w:tcW w:w="1497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3492" w:type="dxa"/>
            <w:shd w:val="clear" w:color="auto" w:fill="FFFFFF"/>
          </w:tcPr>
          <w:p w:rsidR="0019433C" w:rsidRDefault="00D6354B"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 w:rsidR="00D6354B" w:rsidTr="00D6354B">
        <w:tc>
          <w:tcPr>
            <w:tcW w:w="488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38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02.02.2024 13:38:28</w:t>
            </w:r>
          </w:p>
        </w:tc>
        <w:tc>
          <w:tcPr>
            <w:tcW w:w="1600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Копылов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Андрей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Владимирович</w:t>
            </w:r>
            <w:proofErr w:type="spellEnd"/>
          </w:p>
        </w:tc>
        <w:tc>
          <w:tcPr>
            <w:tcW w:w="4041" w:type="dxa"/>
            <w:shd w:val="clear" w:color="auto" w:fill="FFFFFF"/>
          </w:tcPr>
          <w:p w:rsidR="00D6354B" w:rsidRDefault="00D6354B" w:rsidP="00D6354B">
            <w:r w:rsidRPr="00D6354B">
              <w:rPr>
                <w:rFonts w:ascii="DejaVu Serif Condensed" w:hAnsi="DejaVu Serif Condensed"/>
                <w:sz w:val="18"/>
                <w:lang w:val="ru-RU"/>
              </w:rPr>
              <w:t xml:space="preserve">Государственное бюджетное профессиональное образовательное учреждение педагогический колледж № 1 им.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Н.А.Некрасова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Санкт-Петербурга</w:t>
            </w:r>
            <w:proofErr w:type="spellEnd"/>
          </w:p>
        </w:tc>
        <w:tc>
          <w:tcPr>
            <w:tcW w:w="1497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3492" w:type="dxa"/>
            <w:shd w:val="clear" w:color="auto" w:fill="FFFFFF"/>
          </w:tcPr>
          <w:p w:rsidR="00D6354B" w:rsidRDefault="00D6354B" w:rsidP="00D6354B"/>
        </w:tc>
      </w:tr>
      <w:tr w:rsidR="00D6354B" w:rsidTr="00D6354B">
        <w:tc>
          <w:tcPr>
            <w:tcW w:w="488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38" w:type="dxa"/>
            <w:shd w:val="clear" w:color="auto" w:fill="FFFFFF"/>
          </w:tcPr>
          <w:p w:rsidR="00D6354B" w:rsidRDefault="00D6354B" w:rsidP="00D6354B">
            <w:r>
              <w:rPr>
                <w:sz w:val="18"/>
                <w:lang w:val="ru-RU"/>
              </w:rPr>
              <w:t>06</w:t>
            </w:r>
            <w:r>
              <w:rPr>
                <w:rFonts w:ascii="DejaVu Serif Condensed" w:hAnsi="DejaVu Serif Condensed"/>
                <w:sz w:val="18"/>
              </w:rPr>
              <w:t>.0</w:t>
            </w:r>
            <w:r>
              <w:rPr>
                <w:sz w:val="18"/>
                <w:lang w:val="ru-RU"/>
              </w:rPr>
              <w:t>2</w:t>
            </w:r>
            <w:r>
              <w:rPr>
                <w:rFonts w:ascii="DejaVu Serif Condensed" w:hAnsi="DejaVu Serif Condensed"/>
                <w:sz w:val="18"/>
              </w:rPr>
              <w:t xml:space="preserve">.2024 </w:t>
            </w:r>
            <w:r>
              <w:rPr>
                <w:sz w:val="18"/>
                <w:lang w:val="ru-RU"/>
              </w:rPr>
              <w:t>13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  <w:lang w:val="ru-RU"/>
              </w:rPr>
              <w:t>45</w:t>
            </w:r>
            <w:r>
              <w:rPr>
                <w:rFonts w:ascii="DejaVu Serif Condensed" w:hAnsi="DejaVu Serif Condensed"/>
                <w:sz w:val="18"/>
              </w:rPr>
              <w:t>:25</w:t>
            </w:r>
          </w:p>
        </w:tc>
        <w:tc>
          <w:tcPr>
            <w:tcW w:w="1600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Дзюман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Арина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Андреевна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</w:p>
        </w:tc>
        <w:tc>
          <w:tcPr>
            <w:tcW w:w="4041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 xml:space="preserve">(ИОГВ)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Комитет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по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образованию</w:t>
            </w:r>
            <w:proofErr w:type="spellEnd"/>
          </w:p>
        </w:tc>
        <w:tc>
          <w:tcPr>
            <w:tcW w:w="1497" w:type="dxa"/>
            <w:shd w:val="clear" w:color="auto" w:fill="FFFFFF"/>
          </w:tcPr>
          <w:p w:rsidR="00D6354B" w:rsidRDefault="00D6354B" w:rsidP="00D6354B">
            <w:proofErr w:type="spellStart"/>
            <w:r w:rsidRPr="003C3AE3"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3492" w:type="dxa"/>
            <w:shd w:val="clear" w:color="auto" w:fill="FFFFFF"/>
          </w:tcPr>
          <w:p w:rsidR="00D6354B" w:rsidRDefault="00D6354B" w:rsidP="00D6354B"/>
        </w:tc>
      </w:tr>
      <w:tr w:rsidR="00D6354B" w:rsidTr="00D6354B">
        <w:tc>
          <w:tcPr>
            <w:tcW w:w="488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38" w:type="dxa"/>
            <w:shd w:val="clear" w:color="auto" w:fill="FFFFFF"/>
          </w:tcPr>
          <w:p w:rsidR="00D6354B" w:rsidRPr="00D6354B" w:rsidRDefault="00D6354B" w:rsidP="00D6354B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06</w:t>
            </w:r>
            <w:r>
              <w:rPr>
                <w:rFonts w:ascii="DejaVu Serif Condensed" w:hAnsi="DejaVu Serif Condensed"/>
                <w:sz w:val="18"/>
              </w:rPr>
              <w:t>.0</w:t>
            </w:r>
            <w:r>
              <w:rPr>
                <w:sz w:val="18"/>
                <w:lang w:val="ru-RU"/>
              </w:rPr>
              <w:t>2</w:t>
            </w:r>
            <w:r>
              <w:rPr>
                <w:rFonts w:ascii="DejaVu Serif Condensed" w:hAnsi="DejaVu Serif Condensed"/>
                <w:sz w:val="18"/>
              </w:rPr>
              <w:t xml:space="preserve">.2024 </w:t>
            </w:r>
            <w:r>
              <w:rPr>
                <w:sz w:val="18"/>
                <w:lang w:val="ru-RU"/>
              </w:rPr>
              <w:t>13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  <w:lang w:val="ru-RU"/>
              </w:rPr>
              <w:t>50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  <w:lang w:val="ru-RU"/>
              </w:rPr>
              <w:t>17</w:t>
            </w:r>
          </w:p>
        </w:tc>
        <w:tc>
          <w:tcPr>
            <w:tcW w:w="1600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Гутов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Алексей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Сергеевич</w:t>
            </w:r>
            <w:proofErr w:type="spellEnd"/>
          </w:p>
        </w:tc>
        <w:tc>
          <w:tcPr>
            <w:tcW w:w="4041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Эксперты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в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области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связи</w:t>
            </w:r>
            <w:proofErr w:type="spellEnd"/>
          </w:p>
        </w:tc>
        <w:tc>
          <w:tcPr>
            <w:tcW w:w="1497" w:type="dxa"/>
            <w:shd w:val="clear" w:color="auto" w:fill="FFFFFF"/>
          </w:tcPr>
          <w:p w:rsidR="00D6354B" w:rsidRDefault="00D6354B" w:rsidP="00D6354B">
            <w:proofErr w:type="spellStart"/>
            <w:r w:rsidRPr="003C3AE3"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3492" w:type="dxa"/>
            <w:shd w:val="clear" w:color="auto" w:fill="FFFFFF"/>
          </w:tcPr>
          <w:p w:rsidR="00D6354B" w:rsidRDefault="00D6354B" w:rsidP="00D6354B"/>
        </w:tc>
      </w:tr>
      <w:tr w:rsidR="00D6354B" w:rsidTr="00D6354B">
        <w:tc>
          <w:tcPr>
            <w:tcW w:w="488" w:type="dxa"/>
            <w:shd w:val="clear" w:color="auto" w:fill="FFFFFF"/>
          </w:tcPr>
          <w:p w:rsidR="00D6354B" w:rsidRDefault="00D6354B" w:rsidP="00D6354B"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38" w:type="dxa"/>
            <w:shd w:val="clear" w:color="auto" w:fill="FFFFFF"/>
          </w:tcPr>
          <w:p w:rsidR="00D6354B" w:rsidRPr="00D6354B" w:rsidRDefault="00D6354B" w:rsidP="00D6354B">
            <w:pPr>
              <w:rPr>
                <w:lang w:val="ru-RU"/>
              </w:rPr>
            </w:pPr>
            <w:r>
              <w:rPr>
                <w:sz w:val="18"/>
                <w:lang w:val="ru-RU"/>
              </w:rPr>
              <w:t>06</w:t>
            </w:r>
            <w:r>
              <w:rPr>
                <w:rFonts w:ascii="DejaVu Serif Condensed" w:hAnsi="DejaVu Serif Condensed"/>
                <w:sz w:val="18"/>
              </w:rPr>
              <w:t>.0</w:t>
            </w:r>
            <w:r>
              <w:rPr>
                <w:sz w:val="18"/>
                <w:lang w:val="ru-RU"/>
              </w:rPr>
              <w:t>2</w:t>
            </w:r>
            <w:r>
              <w:rPr>
                <w:rFonts w:ascii="DejaVu Serif Condensed" w:hAnsi="DejaVu Serif Condensed"/>
                <w:sz w:val="18"/>
              </w:rPr>
              <w:t xml:space="preserve">.2024 </w:t>
            </w:r>
            <w:r>
              <w:rPr>
                <w:sz w:val="18"/>
                <w:lang w:val="ru-RU"/>
              </w:rPr>
              <w:t>13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  <w:lang w:val="ru-RU"/>
              </w:rPr>
              <w:t>55</w:t>
            </w:r>
            <w:r>
              <w:rPr>
                <w:rFonts w:ascii="DejaVu Serif Condensed" w:hAnsi="DejaVu Serif Condensed"/>
                <w:sz w:val="18"/>
              </w:rPr>
              <w:t>:</w:t>
            </w:r>
            <w:r>
              <w:rPr>
                <w:sz w:val="18"/>
                <w:lang w:val="ru-RU"/>
              </w:rPr>
              <w:t>46</w:t>
            </w:r>
          </w:p>
        </w:tc>
        <w:tc>
          <w:tcPr>
            <w:tcW w:w="1600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Михайлова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Дарья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</w:t>
            </w:r>
            <w:proofErr w:type="spellStart"/>
            <w:r>
              <w:rPr>
                <w:rFonts w:ascii="DejaVu Serif Condensed" w:hAnsi="DejaVu Serif Condensed"/>
                <w:sz w:val="18"/>
              </w:rPr>
              <w:t>Михайловна</w:t>
            </w:r>
            <w:proofErr w:type="spellEnd"/>
          </w:p>
        </w:tc>
        <w:tc>
          <w:tcPr>
            <w:tcW w:w="4041" w:type="dxa"/>
            <w:shd w:val="clear" w:color="auto" w:fill="FFFFFF"/>
          </w:tcPr>
          <w:p w:rsidR="00D6354B" w:rsidRDefault="00D6354B" w:rsidP="00D6354B">
            <w:proofErr w:type="spellStart"/>
            <w:r>
              <w:rPr>
                <w:rFonts w:ascii="DejaVu Serif Condensed" w:hAnsi="DejaVu Serif Condensed"/>
                <w:sz w:val="18"/>
              </w:rPr>
              <w:t>Согласование</w:t>
            </w:r>
            <w:proofErr w:type="spellEnd"/>
            <w:r>
              <w:rPr>
                <w:rFonts w:ascii="DejaVu Serif Condensed" w:hAnsi="DejaVu Serif Condensed"/>
                <w:sz w:val="18"/>
              </w:rPr>
              <w:t xml:space="preserve"> КИС</w:t>
            </w:r>
          </w:p>
        </w:tc>
        <w:tc>
          <w:tcPr>
            <w:tcW w:w="1497" w:type="dxa"/>
            <w:shd w:val="clear" w:color="auto" w:fill="FFFFFF"/>
          </w:tcPr>
          <w:p w:rsidR="00D6354B" w:rsidRDefault="00D6354B" w:rsidP="00D6354B">
            <w:proofErr w:type="spellStart"/>
            <w:r w:rsidRPr="003C3AE3">
              <w:rPr>
                <w:rFonts w:ascii="DejaVu Serif Condensed" w:hAnsi="DejaVu Serif Condensed"/>
                <w:sz w:val="18"/>
              </w:rPr>
              <w:t>Согласовано</w:t>
            </w:r>
            <w:proofErr w:type="spellEnd"/>
          </w:p>
        </w:tc>
        <w:tc>
          <w:tcPr>
            <w:tcW w:w="3492" w:type="dxa"/>
            <w:shd w:val="clear" w:color="auto" w:fill="FFFFFF"/>
          </w:tcPr>
          <w:p w:rsidR="00D6354B" w:rsidRDefault="00D6354B" w:rsidP="00D6354B"/>
        </w:tc>
      </w:tr>
    </w:tbl>
    <w:p w:rsidR="00000000" w:rsidRDefault="00D6354B">
      <w:bookmarkStart w:id="0" w:name="_GoBack"/>
      <w:bookmarkEnd w:id="0"/>
    </w:p>
    <w:sectPr w:rsidR="00000000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DejaVu Serif Condense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9433C"/>
    <w:rsid w:val="0029639D"/>
    <w:rsid w:val="00326F90"/>
    <w:rsid w:val="00AA1D8D"/>
    <w:rsid w:val="00B47730"/>
    <w:rsid w:val="00CB0664"/>
    <w:rsid w:val="00D635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7B70BB2-56D0-4C78-B86D-A69D0760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A62EF3-F919-4C40-9E50-299DE4AB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940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Student</cp:lastModifiedBy>
  <cp:revision>2</cp:revision>
  <dcterms:created xsi:type="dcterms:W3CDTF">2024-02-08T10:40:00Z</dcterms:created>
  <dcterms:modified xsi:type="dcterms:W3CDTF">2024-02-08T10:40:00Z</dcterms:modified>
  <cp:category/>
</cp:coreProperties>
</file>